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planen: Vom Aufmaß zur Deckenöffnung · Arbeitsblatt mit Checkliste</w:t>
      </w:r>
    </w:p>
    <w:p>
      <w:r>
        <w:t>Für die praktische Planung: Eine Holztreppe zu planen bedeutet mehr, als sich eine schöne Optik vorzustellen. Wer die Konstruktion von Anfang an durchdenkt, vermeidet Probleme mit Steigungsverhältnis, Deckenanschluss und Kopfhöhe – noch bevor das erste Holz zugeschnitten wird. Dieser Ratgeber zeigt, worauf es bei der Planung einer Holztreppe in München ankommt und wie Aufmaß, Geometrie und Deckenöffnung zusammenwirken.</w:t>
      </w:r>
    </w:p>
    <w:p>
      <w:pPr>
        <w:pStyle w:val="Heading1"/>
      </w:pPr>
      <w:r>
        <w:t>Warum die Planung vor dem Holz beginnt</w:t>
      </w:r>
    </w:p>
    <w:p>
      <w:r>
        <w:t>Eine Holztreppe verbindet Geschosse und prägt die täglichen Wege im Haus. Bevor Holzart und Oberfläche festgelegt werden, sollten Aufmaß, Steigungsverhältnis und Deckenanschluss feststehen. Diese Schritte bestimmen, ob die Treppe bequem begehbar ist und sicher in die vorhandene Bausubstanz passt. Wer diese Reihenfolge einhält, spart sich nachträgliche Änderungen an Geometrie oder Öffnung.</w:t>
      </w:r>
    </w:p>
    <w:p>
      <w:pPr>
        <w:pStyle w:val="Heading1"/>
      </w:pPr>
      <w:r>
        <w:t>Steigungsverhältnis und Auftritt richtig berechnen</w:t>
      </w:r>
    </w:p>
    <w:p>
      <w:r>
        <w:t>Das Steigungsverhältnis beschreibt, wie sich die Geschosshöhe auf die einzelnen Stufen verteilt. Aus der fertigen Geschosshöhe – also inklusive Bodenaufbauten – ergibt sich mit der Anzahl der Steigungen die Steigungshöhe. Der Auftritt folgt aus der vorhandenen Raumgeometrie und Grundrisslänge. Drei bewährte Regeln helfen bei der Orientierung: Die Schrittmaßregel (2 × Steigung + Auftritt ≈ 63 cm) beschreibt das natürliche Schrittmaß, die Bequemlichkeitsregel (Auftritt − Steigung ≈ 12 cm) sorgt für angenehmes Treten, und die Sicherheitsregel (Auftritt + Steigung ≈ 46 cm) minimiert das Stolperrisiko. Eine niedrige Steigung verlangt dabei einen größeren Auftritt und umgekehrt.</w:t>
      </w:r>
    </w:p>
    <w:p>
      <w:pPr>
        <w:pStyle w:val="Heading1"/>
      </w:pPr>
      <w:r>
        <w:t>Aufmaß: Welche Maße wirklich relevant sind</w:t>
      </w:r>
    </w:p>
    <w:p>
      <w:r>
        <w:t>Bevor eine Treppe gezeichnet wird, müssen folgende Angaben zuverlässig feststehen: die Geschosshöhe mit fertigen Bodenaufbauten als Grundlage der Steigungsplanung, die Öffnungsmaße und der Raumgrundriss zur Bestimmung möglicher Laufgeometrien, die Frage nach Neubau oder Bestand mit ihren unterschiedlichen Anforderungen an die Decke, sowie Nutzung und Oberflächenwunsch für Ausführung und Pflegekonzept. Ergänzend sollten lichte Raumhöhe unter der Öffnung, Wandfluchten und die Lage von Türen oder Heizkörpern im Treppenbereich aufgenommen werden.</w:t>
      </w:r>
    </w:p>
    <w:p>
      <w:pPr>
        <w:pStyle w:val="Heading1"/>
      </w:pPr>
      <w:r>
        <w:t>Kopfhöhe und Deckenöffnung abstimmen</w:t>
      </w:r>
    </w:p>
    <w:p>
      <w:r>
        <w:t>Die lichte Höhe zwischen Stufenkante und Unterseite der Decke muss im gesamten Treppenlauf ausreichend sein. Erst wenn Steigungsverhältnis und Öffnungslänge zusammenpassen, entsteht komfortable Kopffreiheit. Häufige Planungsfehler entstehen, wenn die Öffnung zu knapp bemessen wird oder der Austritt in einen zu niedrigen Bereich mündet. Praktisch empfiehlt sich: Lichte Geschosshöhe messen, vorhandene Deckenöffnung in Länge und Breite aufnehmen, Steigungshöhe und Auftritt ableiten, dann im Grundriss prüfen, ob an jeder Stufe die gewünschte Kopfhöhe verbleibt. Eine enge Öffnung lässt sich nicht durch eine andere Holzart ausgleichen – die Geometrie muss zuerst stimmen.</w:t>
      </w:r>
    </w:p>
    <w:p>
      <w:pPr>
        <w:pStyle w:val="Heading1"/>
      </w:pPr>
      <w:r>
        <w:t>Holztreppe und Decke als gemeinsames Detail</w:t>
      </w:r>
    </w:p>
    <w:p>
      <w:r>
        <w:t>Für eine neue oder vergrößerte Deckenöffnung können tragende Bauteile betroffen sein. Dann muss geplant werden, wie die Lasten um die Öffnung herum weitergeleitet werden. Wechsel, Unterzüge oder Beihölzer übernehmen die Last, die vorher das durchlaufende Deckenbauteil getragen hat. Wichtige Punkte beim Anschluss an eine Holzdecke: Tragwerk prüfen und relevante Balken identifizieren, geeignete Auflager und Befestigungspunkte festlegen, Ausbauhöhen vor der Fertigung abstimmen. Die Treppe wird nicht unabhängig von der Decke betrachtet, sondern als gemeinsames Detail aus Lauf, Öffnung und anschließendem Deckenfeld.</w:t>
      </w:r>
    </w:p>
    <w:p>
      <w:pPr>
        <w:pStyle w:val="Heading1"/>
      </w:pPr>
      <w:r>
        <w:t>Von der Planung zur ersten Einschätzung</w:t>
      </w:r>
    </w:p>
    <w:p>
      <w:r>
        <w:t>Für eine seröse Ersteinschätzung einer Holztreppe genügen wenige Angaben: welche Geschosse verbunden werden sollen, der Höhenunterschied zwischen den fertigen Fußbodenhöhen, vorhandene Öffnung oder geplante Lage, und die Frage nach Neubau oder Umbau mit den dazugehörigen Eingriffen in die Decke. Mit diesen Informationen lässt sich prüfen, ob Steigungsverhältnis, Auftritt, Kopfhöhe und Deckenanschluss zusammenpassen. Erst danach folgen Geometrie, Detailabstimmung und Fertigung. Wer die Planung systematisch angeht, erhält eine Treppe, die funktional überzeugt und sich harmonisch in die vorhandene Bausubstanz einfügt.</w:t>
      </w:r>
    </w:p>
    <w:p>
      <w:pPr>
        <w:pStyle w:val="Heading1"/>
      </w:pPr>
      <w:r>
        <w:t>Weitere Dokumente zum Thema</w:t>
      </w:r>
    </w:p>
    <w:p>
      <w:hyperlink r:id="rId9">
        <w:r>
          <w:rPr>
            <w:color w:val="087E75"/>
          </w:rPr>
          <w:t>Holztreppe planen: Vom Aufmaß zur Deckenöffnung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zimmermannmuenchen.pages.dev/holztreppe-planen-aufmass-steigungsverhaeltnis-deckenanschluss/" TargetMode="External"/><Relationship Id="rId10" Type="http://schemas.openxmlformats.org/officeDocument/2006/relationships/hyperlink" Target="https://1azimmermannmuenchen.pages.dev/dateien/minimax-9e418adafba81038f8fb6a1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